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3A9B" w14:textId="46A93E24" w:rsidR="003B08CC" w:rsidRPr="000B610A" w:rsidRDefault="003B08CC" w:rsidP="003B08CC">
      <w:pPr>
        <w:pStyle w:val="Nagwek2"/>
        <w:rPr>
          <w:rFonts w:ascii="Space Grotesk Variable" w:hAnsi="Space Grotesk Variable"/>
          <w:color w:val="012E26"/>
          <w:u w:val="single"/>
          <w:lang w:val="pl-PL"/>
        </w:rPr>
      </w:pPr>
      <w:r w:rsidRPr="000B610A">
        <w:rPr>
          <w:rFonts w:ascii="Space Grotesk Variable" w:hAnsi="Space Grotesk Variable"/>
          <w:color w:val="012E26"/>
          <w:u w:val="single"/>
          <w:lang w:val="pl-PL"/>
        </w:rPr>
        <w:t>DOŚWIADCZENIE ZAWODOWE</w:t>
      </w:r>
    </w:p>
    <w:p w14:paraId="6DADEBB1" w14:textId="67286177" w:rsidR="00F1535A" w:rsidRPr="000B610A" w:rsidRDefault="00000000">
      <w:pPr>
        <w:rPr>
          <w:rFonts w:ascii="Space Grotesk Variable" w:hAnsi="Space Grotesk Variable"/>
          <w:lang w:val="pl-PL"/>
        </w:rPr>
      </w:pPr>
      <w:r w:rsidRPr="000B610A">
        <w:rPr>
          <w:rFonts w:ascii="Space Grotesk Variable" w:hAnsi="Space Grotesk Variable"/>
          <w:lang w:val="pl-PL"/>
        </w:rPr>
        <w:t>Wpisz krótki opis swojej dotychczasowej kariery, podkreślając główne osiągnięcia i</w:t>
      </w:r>
      <w:r w:rsidR="003B08CC" w:rsidRPr="000B610A">
        <w:rPr>
          <w:rFonts w:ascii="Space Grotesk Variable" w:hAnsi="Space Grotesk Variable"/>
          <w:lang w:val="pl-PL"/>
        </w:rPr>
        <w:t xml:space="preserve"> </w:t>
      </w:r>
      <w:r w:rsidRPr="000B610A">
        <w:rPr>
          <w:rFonts w:ascii="Space Grotesk Variable" w:hAnsi="Space Grotesk Variable"/>
          <w:lang w:val="pl-PL"/>
        </w:rPr>
        <w:t>motywację do zmiany pracy.</w:t>
      </w:r>
      <w:r w:rsidRPr="000B610A">
        <w:rPr>
          <w:rFonts w:ascii="Space Grotesk Variable" w:hAnsi="Space Grotesk Variable"/>
          <w:lang w:val="pl-PL"/>
        </w:rPr>
        <w:br/>
        <w:t xml:space="preserve">Np.: </w:t>
      </w:r>
      <w:r w:rsidR="006F7D32" w:rsidRPr="000B610A">
        <w:rPr>
          <w:rFonts w:ascii="Space Grotesk Variable" w:hAnsi="Space Grotesk Variable"/>
          <w:lang w:val="pl-PL"/>
        </w:rPr>
        <w:t>Jestem d</w:t>
      </w:r>
      <w:r w:rsidRPr="000B610A">
        <w:rPr>
          <w:rFonts w:ascii="Space Grotesk Variable" w:hAnsi="Space Grotesk Variable"/>
          <w:lang w:val="pl-PL"/>
        </w:rPr>
        <w:t>oświadczony</w:t>
      </w:r>
      <w:r w:rsidR="006F7D32" w:rsidRPr="000B610A">
        <w:rPr>
          <w:rFonts w:ascii="Space Grotesk Variable" w:hAnsi="Space Grotesk Variable"/>
          <w:lang w:val="pl-PL"/>
        </w:rPr>
        <w:t>m</w:t>
      </w:r>
      <w:r w:rsidRPr="000B610A">
        <w:rPr>
          <w:rFonts w:ascii="Space Grotesk Variable" w:hAnsi="Space Grotesk Variable"/>
          <w:lang w:val="pl-PL"/>
        </w:rPr>
        <w:t xml:space="preserve"> specjalist</w:t>
      </w:r>
      <w:r w:rsidR="006F7D32" w:rsidRPr="000B610A">
        <w:rPr>
          <w:rFonts w:ascii="Space Grotesk Variable" w:hAnsi="Space Grotesk Variable"/>
          <w:lang w:val="pl-PL"/>
        </w:rPr>
        <w:t>ą</w:t>
      </w:r>
      <w:r w:rsidRPr="000B610A">
        <w:rPr>
          <w:rFonts w:ascii="Space Grotesk Variable" w:hAnsi="Space Grotesk Variable"/>
          <w:lang w:val="pl-PL"/>
        </w:rPr>
        <w:t xml:space="preserve"> w obszarze [Twoja dziedzina] z [liczba lat] doświadczenia w [branża/obszar]. Obecnie poszukuję nowych możliwości, aby [Twój cel zawodowy].</w:t>
      </w:r>
    </w:p>
    <w:p w14:paraId="5A821F82" w14:textId="4CFFA614" w:rsidR="003B08CC" w:rsidRPr="000B610A" w:rsidRDefault="003B08CC" w:rsidP="003B08CC">
      <w:pPr>
        <w:pStyle w:val="Nagwek2"/>
        <w:rPr>
          <w:rFonts w:ascii="Space Grotesk Variable" w:hAnsi="Space Grotesk Variable"/>
          <w:color w:val="012E26"/>
          <w:u w:val="single"/>
          <w:lang w:val="pl-PL"/>
        </w:rPr>
      </w:pPr>
      <w:r w:rsidRPr="000B610A">
        <w:rPr>
          <w:rFonts w:ascii="Space Grotesk Variable" w:hAnsi="Space Grotesk Variable"/>
          <w:color w:val="012E26"/>
          <w:u w:val="single"/>
          <w:lang w:val="pl-PL"/>
        </w:rPr>
        <w:t>IDEALNA PRACA</w:t>
      </w:r>
    </w:p>
    <w:p w14:paraId="2CF3F410" w14:textId="4B05FB7A" w:rsidR="00F1535A" w:rsidRPr="000B610A" w:rsidRDefault="00000000">
      <w:pPr>
        <w:rPr>
          <w:rFonts w:ascii="Space Grotesk Variable" w:hAnsi="Space Grotesk Variable"/>
          <w:lang w:val="pl-PL"/>
        </w:rPr>
      </w:pPr>
      <w:r w:rsidRPr="000B610A">
        <w:rPr>
          <w:rFonts w:ascii="Space Grotesk Variable" w:hAnsi="Space Grotesk Variable"/>
          <w:lang w:val="pl-PL"/>
        </w:rPr>
        <w:t>Opisz, jakie stanowiska Cię interesują, jakie masz preferencje dotyczące trybu pracy (np. zdalna, hybrydowa), a także jakie lokalizacje bierzesz pod uwagę</w:t>
      </w:r>
      <w:r w:rsidR="006F7D32" w:rsidRPr="000B610A">
        <w:rPr>
          <w:rFonts w:ascii="Space Grotesk Variable" w:hAnsi="Space Grotesk Variable"/>
          <w:lang w:val="pl-PL"/>
        </w:rPr>
        <w:t xml:space="preserve"> i od kiedy jesteś dyspozycyjny/dyspozycyjna.</w:t>
      </w:r>
    </w:p>
    <w:p w14:paraId="25E6DC16" w14:textId="7F5A3913" w:rsidR="00F1535A" w:rsidRPr="000B610A" w:rsidRDefault="000B610A">
      <w:pPr>
        <w:pStyle w:val="Nagwek2"/>
        <w:rPr>
          <w:rFonts w:ascii="Space Grotesk Variable" w:hAnsi="Space Grotesk Variable"/>
          <w:color w:val="012E26"/>
          <w:u w:val="single"/>
          <w:lang w:val="pl-PL"/>
        </w:rPr>
      </w:pPr>
      <w:r>
        <w:rPr>
          <w:rFonts w:ascii="Space Grotesk Variable" w:hAnsi="Space Grotesk Variable"/>
          <w:color w:val="012E26"/>
          <w:u w:val="single"/>
          <w:lang w:val="pl-PL"/>
        </w:rPr>
        <w:t>ODPOWIEDNI</w:t>
      </w:r>
      <w:r w:rsidR="003B08CC" w:rsidRPr="000B610A">
        <w:rPr>
          <w:rFonts w:ascii="Space Grotesk Variable" w:hAnsi="Space Grotesk Variable"/>
          <w:color w:val="012E26"/>
          <w:u w:val="single"/>
          <w:lang w:val="pl-PL"/>
        </w:rPr>
        <w:t xml:space="preserve"> PRACODAWCA</w:t>
      </w:r>
    </w:p>
    <w:p w14:paraId="2495FC67" w14:textId="39022EEF" w:rsidR="00F1535A" w:rsidRPr="000B610A" w:rsidRDefault="00000000">
      <w:pPr>
        <w:rPr>
          <w:rFonts w:ascii="Space Grotesk Variable" w:hAnsi="Space Grotesk Variable"/>
          <w:lang w:val="pl-PL"/>
        </w:rPr>
      </w:pPr>
      <w:r w:rsidRPr="000B610A">
        <w:rPr>
          <w:rFonts w:ascii="Space Grotesk Variable" w:hAnsi="Space Grotesk Variable"/>
          <w:lang w:val="pl-PL"/>
        </w:rPr>
        <w:t>Wymień typy firm lub konkretne organizacje, w których chciałbyś/chciałabyś pracować. Możesz także wskazać obszary, które Cię interesują, np. IT, marketing, edukacja.</w:t>
      </w:r>
    </w:p>
    <w:p w14:paraId="2900CF0A" w14:textId="35838B1D" w:rsidR="00F1535A" w:rsidRPr="000B610A" w:rsidRDefault="003B08CC">
      <w:pPr>
        <w:pStyle w:val="Nagwek2"/>
        <w:rPr>
          <w:rFonts w:ascii="Space Grotesk Variable" w:hAnsi="Space Grotesk Variable"/>
          <w:color w:val="012E26"/>
          <w:u w:val="single"/>
          <w:lang w:val="pl-PL"/>
        </w:rPr>
      </w:pPr>
      <w:r w:rsidRPr="000B610A">
        <w:rPr>
          <w:rFonts w:ascii="Space Grotesk Variable" w:hAnsi="Space Grotesk Variable"/>
          <w:color w:val="012E26"/>
          <w:u w:val="single"/>
          <w:lang w:val="pl-PL"/>
        </w:rPr>
        <w:t>OSIĄGNIĘCIA</w:t>
      </w:r>
    </w:p>
    <w:p w14:paraId="0669A643" w14:textId="28351C92" w:rsidR="006F7D32" w:rsidRPr="000B610A" w:rsidRDefault="00000000">
      <w:pPr>
        <w:rPr>
          <w:rFonts w:ascii="Space Grotesk Variable" w:hAnsi="Space Grotesk Variable"/>
          <w:lang w:val="pl-PL"/>
        </w:rPr>
      </w:pPr>
      <w:r w:rsidRPr="000B610A">
        <w:rPr>
          <w:rFonts w:ascii="Space Grotesk Variable" w:hAnsi="Space Grotesk Variable"/>
          <w:lang w:val="pl-PL"/>
        </w:rPr>
        <w:t>Podaj kilka najważniejszych osiągnięć zawodowych</w:t>
      </w:r>
      <w:r w:rsidR="006F7D32" w:rsidRPr="000B610A">
        <w:rPr>
          <w:rFonts w:ascii="Space Grotesk Variable" w:hAnsi="Space Grotesk Variable"/>
          <w:lang w:val="pl-PL"/>
        </w:rPr>
        <w:t xml:space="preserve"> (nie muszą to być mierzalne sukcesy) lub kluczowych projektów</w:t>
      </w:r>
      <w:r w:rsidRPr="000B610A">
        <w:rPr>
          <w:rFonts w:ascii="Space Grotesk Variable" w:hAnsi="Space Grotesk Variable"/>
          <w:lang w:val="pl-PL"/>
        </w:rPr>
        <w:t xml:space="preserve"> w formie listy punktowanej.</w:t>
      </w:r>
      <w:r w:rsidR="003B08CC" w:rsidRPr="000B610A">
        <w:rPr>
          <w:rFonts w:ascii="Space Grotesk Variable" w:hAnsi="Space Grotesk Variable"/>
          <w:lang w:val="pl-PL"/>
        </w:rPr>
        <w:t xml:space="preserve"> </w:t>
      </w:r>
    </w:p>
    <w:p w14:paraId="2098AAF8" w14:textId="1895D26D" w:rsidR="006F7D32" w:rsidRPr="000B610A" w:rsidRDefault="00000000">
      <w:pPr>
        <w:rPr>
          <w:rFonts w:ascii="Space Grotesk Variable" w:hAnsi="Space Grotesk Variable"/>
          <w:lang w:val="pl-PL"/>
        </w:rPr>
      </w:pPr>
      <w:r w:rsidRPr="000B610A">
        <w:rPr>
          <w:rFonts w:ascii="Space Grotesk Variable" w:hAnsi="Space Grotesk Variable"/>
          <w:lang w:val="pl-PL"/>
        </w:rPr>
        <w:t>- Sukces 1</w:t>
      </w:r>
      <w:r w:rsidR="006F7D32" w:rsidRPr="000B610A">
        <w:rPr>
          <w:rFonts w:ascii="Space Grotesk Variable" w:hAnsi="Space Grotesk Variable"/>
          <w:lang w:val="pl-PL"/>
        </w:rPr>
        <w:t xml:space="preserve"> lub Projekt 1 (krótki opis i efekty)</w:t>
      </w:r>
      <w:r w:rsidRPr="000B610A">
        <w:rPr>
          <w:rFonts w:ascii="Space Grotesk Variable" w:hAnsi="Space Grotesk Variable"/>
          <w:lang w:val="pl-PL"/>
        </w:rPr>
        <w:br/>
        <w:t>- Sukces 2</w:t>
      </w:r>
      <w:r w:rsidR="006F7D32" w:rsidRPr="000B610A">
        <w:rPr>
          <w:rFonts w:ascii="Space Grotesk Variable" w:hAnsi="Space Grotesk Variable"/>
          <w:lang w:val="pl-PL"/>
        </w:rPr>
        <w:t xml:space="preserve"> lub Projekt 2 (krótki opis i efekty)</w:t>
      </w:r>
      <w:r w:rsidRPr="000B610A">
        <w:rPr>
          <w:rFonts w:ascii="Space Grotesk Variable" w:hAnsi="Space Grotesk Variable"/>
          <w:lang w:val="pl-PL"/>
        </w:rPr>
        <w:br/>
        <w:t>- Sukces 3</w:t>
      </w:r>
      <w:r w:rsidR="006F7D32" w:rsidRPr="000B610A">
        <w:rPr>
          <w:rFonts w:ascii="Space Grotesk Variable" w:hAnsi="Space Grotesk Variable"/>
          <w:lang w:val="pl-PL"/>
        </w:rPr>
        <w:t xml:space="preserve"> lub Projekt 3 (krótki opis i efekty)</w:t>
      </w:r>
    </w:p>
    <w:p w14:paraId="4A5762C5" w14:textId="601B820B" w:rsidR="00F1535A" w:rsidRPr="000B610A" w:rsidRDefault="003B08CC">
      <w:pPr>
        <w:pStyle w:val="Nagwek2"/>
        <w:rPr>
          <w:rFonts w:ascii="Space Grotesk Variable" w:hAnsi="Space Grotesk Variable"/>
          <w:color w:val="012E26"/>
          <w:u w:val="single"/>
          <w:lang w:val="pl-PL"/>
        </w:rPr>
      </w:pPr>
      <w:r w:rsidRPr="000B610A">
        <w:rPr>
          <w:rFonts w:ascii="Space Grotesk Variable" w:hAnsi="Space Grotesk Variable"/>
          <w:color w:val="012E26"/>
          <w:u w:val="single"/>
          <w:lang w:val="pl-PL"/>
        </w:rPr>
        <w:t>UMIEJĘTNOŚCI</w:t>
      </w:r>
    </w:p>
    <w:p w14:paraId="74362695" w14:textId="422AE505" w:rsidR="006F7D32" w:rsidRPr="000B610A" w:rsidRDefault="00000000">
      <w:pPr>
        <w:rPr>
          <w:rFonts w:ascii="Space Grotesk Variable" w:hAnsi="Space Grotesk Variable"/>
          <w:lang w:val="pl-PL"/>
        </w:rPr>
      </w:pPr>
      <w:r w:rsidRPr="000B610A">
        <w:rPr>
          <w:rFonts w:ascii="Space Grotesk Variable" w:hAnsi="Space Grotesk Variable"/>
          <w:lang w:val="pl-PL"/>
        </w:rPr>
        <w:t>Wypisz swoje kluczowe umiejętności, które wyróżniają Cię na rynku pracy, np.: zarządzanie projektami, analiza danych, negocjacje.</w:t>
      </w:r>
    </w:p>
    <w:p w14:paraId="01FF7F9B" w14:textId="5D8565BA" w:rsidR="006F7D32" w:rsidRPr="000B610A" w:rsidRDefault="006F7D32" w:rsidP="006F7D32">
      <w:pPr>
        <w:pStyle w:val="Nagwek2"/>
        <w:rPr>
          <w:rFonts w:ascii="Space Grotesk Variable" w:hAnsi="Space Grotesk Variable"/>
          <w:color w:val="012E26"/>
          <w:u w:val="single"/>
          <w:lang w:val="pl-PL"/>
        </w:rPr>
      </w:pPr>
      <w:r w:rsidRPr="000B610A">
        <w:rPr>
          <w:rFonts w:ascii="Space Grotesk Variable" w:hAnsi="Space Grotesk Variable"/>
          <w:color w:val="012E26"/>
          <w:u w:val="single"/>
          <w:lang w:val="pl-PL"/>
        </w:rPr>
        <w:t>JĘZYKI OBCE</w:t>
      </w:r>
    </w:p>
    <w:p w14:paraId="41CF20D2" w14:textId="649B9D58" w:rsidR="006F7D32" w:rsidRPr="000B610A" w:rsidRDefault="006F7D32" w:rsidP="006F7D32">
      <w:pPr>
        <w:rPr>
          <w:rFonts w:ascii="Space Grotesk Variable" w:hAnsi="Space Grotesk Variable"/>
          <w:lang w:val="pl-PL"/>
        </w:rPr>
      </w:pPr>
      <w:r w:rsidRPr="000B610A">
        <w:rPr>
          <w:rFonts w:ascii="Space Grotesk Variable" w:hAnsi="Space Grotesk Variable"/>
          <w:lang w:val="pl-PL"/>
        </w:rPr>
        <w:t>Wypisz języki, które znasz oraz ich poziom:</w:t>
      </w:r>
    </w:p>
    <w:p w14:paraId="47FDE221" w14:textId="76770774" w:rsidR="006F7D32" w:rsidRPr="000B610A" w:rsidRDefault="006F7D32">
      <w:pPr>
        <w:rPr>
          <w:rFonts w:ascii="Space Grotesk Variable" w:hAnsi="Space Grotesk Variable"/>
          <w:lang w:val="pl-PL"/>
        </w:rPr>
      </w:pPr>
      <w:r w:rsidRPr="000B610A">
        <w:rPr>
          <w:rFonts w:ascii="Space Grotesk Variable" w:hAnsi="Space Grotesk Variable"/>
          <w:lang w:val="pl-PL"/>
        </w:rPr>
        <w:t xml:space="preserve">- Język 1 (np. angielski C1) </w:t>
      </w:r>
    </w:p>
    <w:p w14:paraId="261349CE" w14:textId="77777777" w:rsidR="00F373EF" w:rsidRPr="000B610A" w:rsidRDefault="00F373EF" w:rsidP="00F373EF">
      <w:pPr>
        <w:pStyle w:val="Nagwek2"/>
        <w:rPr>
          <w:rFonts w:ascii="Space Grotesk Variable" w:hAnsi="Space Grotesk Variable"/>
          <w:color w:val="012E26"/>
          <w:u w:val="single"/>
          <w:lang w:val="pl-PL"/>
        </w:rPr>
      </w:pPr>
      <w:r w:rsidRPr="000B610A">
        <w:rPr>
          <w:rFonts w:ascii="Space Grotesk Variable" w:hAnsi="Space Grotesk Variable"/>
          <w:color w:val="012E26"/>
          <w:u w:val="single"/>
          <w:lang w:val="pl-PL"/>
        </w:rPr>
        <w:t>OCZEKIWANIA FINANSOWE</w:t>
      </w:r>
    </w:p>
    <w:p w14:paraId="4D033B94" w14:textId="6198C643" w:rsidR="00F373EF" w:rsidRPr="000B610A" w:rsidRDefault="00F373EF" w:rsidP="00F373EF">
      <w:pPr>
        <w:rPr>
          <w:rFonts w:ascii="Space Grotesk Variable" w:hAnsi="Space Grotesk Variable"/>
          <w:lang w:val="pl-PL"/>
        </w:rPr>
      </w:pPr>
      <w:r w:rsidRPr="000B610A">
        <w:rPr>
          <w:rFonts w:ascii="Space Grotesk Variable" w:hAnsi="Space Grotesk Variable"/>
          <w:lang w:val="pl-PL"/>
        </w:rPr>
        <w:t>Je</w:t>
      </w:r>
      <w:r w:rsidR="006F7D32" w:rsidRPr="000B610A">
        <w:rPr>
          <w:rFonts w:ascii="Space Grotesk Variable" w:hAnsi="Space Grotesk Variable"/>
          <w:lang w:val="pl-PL"/>
        </w:rPr>
        <w:t>śli chcesz, dodaj widełki finansowe, które ułatwią dopasowanie ofert pracy.</w:t>
      </w:r>
    </w:p>
    <w:p w14:paraId="7617E005" w14:textId="6BAABB09" w:rsidR="006F7D32" w:rsidRPr="000B610A" w:rsidRDefault="006F7D32" w:rsidP="006F7D32">
      <w:pPr>
        <w:pStyle w:val="Nagwek2"/>
        <w:rPr>
          <w:rFonts w:ascii="Space Grotesk Variable" w:hAnsi="Space Grotesk Variable"/>
          <w:color w:val="012E26"/>
          <w:u w:val="single"/>
          <w:lang w:val="pl-PL"/>
        </w:rPr>
      </w:pPr>
      <w:r w:rsidRPr="000B610A">
        <w:rPr>
          <w:rFonts w:ascii="Space Grotesk Variable" w:hAnsi="Space Grotesk Variable"/>
          <w:color w:val="012E26"/>
          <w:u w:val="single"/>
          <w:lang w:val="pl-PL"/>
        </w:rPr>
        <w:t>CTA</w:t>
      </w:r>
    </w:p>
    <w:p w14:paraId="55BD2EDF" w14:textId="3608270D" w:rsidR="00F1535A" w:rsidRPr="000B610A" w:rsidRDefault="006F7D32" w:rsidP="006F7D32">
      <w:pPr>
        <w:rPr>
          <w:rFonts w:ascii="Space Grotesk Variable" w:hAnsi="Space Grotesk Variable"/>
          <w:lang w:val="pl-PL"/>
        </w:rPr>
      </w:pPr>
      <w:r w:rsidRPr="000B610A">
        <w:rPr>
          <w:rFonts w:ascii="Space Grotesk Variable" w:hAnsi="Space Grotesk Variable"/>
          <w:color w:val="000000"/>
          <w:lang w:val="pl-PL"/>
        </w:rPr>
        <w:t>Zapraszam do kontaktu poprzez wiadomość prywatną lub e-mail – chętnie opowiem więcej o swoim doświadczeniu. Będę wdzięczny/a za udostepnienie mojej publikacji.</w:t>
      </w:r>
    </w:p>
    <w:sectPr w:rsidR="00F1535A" w:rsidRPr="000B610A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7FD84" w14:textId="77777777" w:rsidR="005C490B" w:rsidRDefault="005C490B" w:rsidP="000B610A">
      <w:pPr>
        <w:spacing w:after="0" w:line="240" w:lineRule="auto"/>
      </w:pPr>
      <w:r>
        <w:separator/>
      </w:r>
    </w:p>
  </w:endnote>
  <w:endnote w:type="continuationSeparator" w:id="0">
    <w:p w14:paraId="717C5D3C" w14:textId="77777777" w:rsidR="005C490B" w:rsidRDefault="005C490B" w:rsidP="000B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pace Grotesk Variable">
    <w:panose1 w:val="00000000000000000000"/>
    <w:charset w:val="00"/>
    <w:family w:val="auto"/>
    <w:pitch w:val="variable"/>
    <w:sig w:usb0="A000006F" w:usb1="1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FBF62" w14:textId="09E95D60" w:rsidR="000B610A" w:rsidRDefault="000B610A">
    <w:pPr>
      <w:pStyle w:val="Stopka"/>
    </w:pPr>
    <w:hyperlink r:id="rId1" w:history="1">
      <w:r w:rsidRPr="000B610A">
        <w:rPr>
          <w:rStyle w:val="Hipercze"/>
        </w:rPr>
        <w:t>http://www.natalialisiecka.pl/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3310A" w14:textId="77777777" w:rsidR="005C490B" w:rsidRDefault="005C490B" w:rsidP="000B610A">
      <w:pPr>
        <w:spacing w:after="0" w:line="240" w:lineRule="auto"/>
      </w:pPr>
      <w:r>
        <w:separator/>
      </w:r>
    </w:p>
  </w:footnote>
  <w:footnote w:type="continuationSeparator" w:id="0">
    <w:p w14:paraId="3913F156" w14:textId="77777777" w:rsidR="005C490B" w:rsidRDefault="005C490B" w:rsidP="000B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A1ECB" w14:textId="08030806" w:rsidR="000B610A" w:rsidRPr="000B610A" w:rsidRDefault="000B610A" w:rsidP="000B610A">
    <w:pPr>
      <w:pStyle w:val="Nagwek"/>
    </w:pPr>
    <w:r>
      <w:rPr>
        <w:noProof/>
      </w:rPr>
      <w:drawing>
        <wp:inline distT="0" distB="0" distL="0" distR="0" wp14:anchorId="775786E6" wp14:editId="1637F559">
          <wp:extent cx="396000" cy="576000"/>
          <wp:effectExtent l="0" t="0" r="0" b="0"/>
          <wp:docPr id="1544314641" name="Obraz 1" descr="Obraz zawierający czarne, ciemność&#10;&#10;Zawartość wygenerowana przez sztuczną inteligencję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314641" name="Obraz 1" descr="Obraz zawierający czarne, ciemność&#10;&#10;Zawartość wygenerowana przez sztuczną inteligencję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6000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446745"/>
    <w:multiLevelType w:val="multilevel"/>
    <w:tmpl w:val="40D6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B15429"/>
    <w:multiLevelType w:val="multilevel"/>
    <w:tmpl w:val="D61C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3432892">
    <w:abstractNumId w:val="8"/>
  </w:num>
  <w:num w:numId="2" w16cid:durableId="1371564545">
    <w:abstractNumId w:val="6"/>
  </w:num>
  <w:num w:numId="3" w16cid:durableId="1605460506">
    <w:abstractNumId w:val="5"/>
  </w:num>
  <w:num w:numId="4" w16cid:durableId="1688483328">
    <w:abstractNumId w:val="4"/>
  </w:num>
  <w:num w:numId="5" w16cid:durableId="926960245">
    <w:abstractNumId w:val="7"/>
  </w:num>
  <w:num w:numId="6" w16cid:durableId="586303287">
    <w:abstractNumId w:val="3"/>
  </w:num>
  <w:num w:numId="7" w16cid:durableId="1405420118">
    <w:abstractNumId w:val="2"/>
  </w:num>
  <w:num w:numId="8" w16cid:durableId="98064489">
    <w:abstractNumId w:val="1"/>
  </w:num>
  <w:num w:numId="9" w16cid:durableId="255140901">
    <w:abstractNumId w:val="0"/>
  </w:num>
  <w:num w:numId="10" w16cid:durableId="2022927661">
    <w:abstractNumId w:val="10"/>
  </w:num>
  <w:num w:numId="11" w16cid:durableId="19630777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10A"/>
    <w:rsid w:val="0015074B"/>
    <w:rsid w:val="00171AA8"/>
    <w:rsid w:val="001B2C5D"/>
    <w:rsid w:val="001F14C6"/>
    <w:rsid w:val="0029639D"/>
    <w:rsid w:val="00326F90"/>
    <w:rsid w:val="003B08CC"/>
    <w:rsid w:val="005C490B"/>
    <w:rsid w:val="006F7D32"/>
    <w:rsid w:val="007178E0"/>
    <w:rsid w:val="00AA1D8D"/>
    <w:rsid w:val="00B47730"/>
    <w:rsid w:val="00CB0664"/>
    <w:rsid w:val="00F1535A"/>
    <w:rsid w:val="00F373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385A71"/>
  <w14:defaultImageDpi w14:val="300"/>
  <w15:docId w15:val="{7CB0C357-96AF-0D4D-B3A4-DA3726C0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Domylnaczcionkaakapitu"/>
    <w:rsid w:val="003B08CC"/>
  </w:style>
  <w:style w:type="paragraph" w:styleId="NormalnyWeb">
    <w:name w:val="Normal (Web)"/>
    <w:basedOn w:val="Normalny"/>
    <w:uiPriority w:val="99"/>
    <w:unhideWhenUsed/>
    <w:rsid w:val="00F37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0B610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6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talialisieck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natalia lisiecka</cp:lastModifiedBy>
  <cp:revision>2</cp:revision>
  <dcterms:created xsi:type="dcterms:W3CDTF">2025-03-21T05:45:00Z</dcterms:created>
  <dcterms:modified xsi:type="dcterms:W3CDTF">2025-03-21T05:45:00Z</dcterms:modified>
  <cp:category/>
</cp:coreProperties>
</file>